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2DF30" w14:textId="77777777" w:rsidR="00630820" w:rsidRPr="003C1052" w:rsidRDefault="00000000">
      <w:pPr>
        <w:spacing w:after="40"/>
        <w:jc w:val="center"/>
        <w:rPr>
          <w:sz w:val="32"/>
          <w:szCs w:val="32"/>
          <w:u w:val="single"/>
        </w:rPr>
      </w:pPr>
      <w:proofErr w:type="spellStart"/>
      <w:r w:rsidRPr="003C1052">
        <w:rPr>
          <w:rFonts w:ascii="Arial" w:hAnsi="Arial"/>
          <w:b/>
          <w:sz w:val="32"/>
          <w:szCs w:val="32"/>
          <w:u w:val="single"/>
        </w:rPr>
        <w:t>कार्यालय</w:t>
      </w:r>
      <w:proofErr w:type="spellEnd"/>
      <w:r w:rsidRPr="003C1052">
        <w:rPr>
          <w:rFonts w:ascii="Arial" w:hAnsi="Arial"/>
          <w:b/>
          <w:sz w:val="32"/>
          <w:szCs w:val="32"/>
          <w:u w:val="single"/>
        </w:rPr>
        <w:t xml:space="preserve"> </w:t>
      </w:r>
      <w:proofErr w:type="spellStart"/>
      <w:r w:rsidRPr="003C1052">
        <w:rPr>
          <w:rFonts w:ascii="Arial" w:hAnsi="Arial"/>
          <w:b/>
          <w:sz w:val="32"/>
          <w:szCs w:val="32"/>
          <w:u w:val="single"/>
        </w:rPr>
        <w:t>प्रधानाचार्य</w:t>
      </w:r>
      <w:proofErr w:type="spellEnd"/>
      <w:r w:rsidRPr="003C1052">
        <w:rPr>
          <w:rFonts w:ascii="Arial" w:hAnsi="Arial"/>
          <w:b/>
          <w:sz w:val="32"/>
          <w:szCs w:val="32"/>
          <w:u w:val="single"/>
        </w:rPr>
        <w:t xml:space="preserve">, </w:t>
      </w:r>
      <w:proofErr w:type="spellStart"/>
      <w:r w:rsidRPr="003C1052">
        <w:rPr>
          <w:rFonts w:ascii="Arial" w:hAnsi="Arial"/>
          <w:b/>
          <w:sz w:val="32"/>
          <w:szCs w:val="32"/>
          <w:u w:val="single"/>
        </w:rPr>
        <w:t>राजकीय</w:t>
      </w:r>
      <w:proofErr w:type="spellEnd"/>
      <w:r w:rsidRPr="003C1052">
        <w:rPr>
          <w:rFonts w:ascii="Arial" w:hAnsi="Arial"/>
          <w:b/>
          <w:sz w:val="32"/>
          <w:szCs w:val="32"/>
          <w:u w:val="single"/>
        </w:rPr>
        <w:t xml:space="preserve"> </w:t>
      </w:r>
      <w:proofErr w:type="spellStart"/>
      <w:r w:rsidRPr="003C1052">
        <w:rPr>
          <w:rFonts w:ascii="Arial" w:hAnsi="Arial"/>
          <w:b/>
          <w:sz w:val="32"/>
          <w:szCs w:val="32"/>
          <w:u w:val="single"/>
        </w:rPr>
        <w:t>उच्च</w:t>
      </w:r>
      <w:proofErr w:type="spellEnd"/>
      <w:r w:rsidRPr="003C1052">
        <w:rPr>
          <w:rFonts w:ascii="Arial" w:hAnsi="Arial"/>
          <w:b/>
          <w:sz w:val="32"/>
          <w:szCs w:val="32"/>
          <w:u w:val="single"/>
        </w:rPr>
        <w:t xml:space="preserve"> माध्यमिक विद्यालय नुवां (भादरा)</w:t>
      </w:r>
    </w:p>
    <w:p w14:paraId="4D78DDB9" w14:textId="77777777" w:rsidR="00630820" w:rsidRPr="003C1052" w:rsidRDefault="00000000">
      <w:pPr>
        <w:spacing w:after="20"/>
        <w:jc w:val="center"/>
        <w:rPr>
          <w:sz w:val="32"/>
          <w:szCs w:val="32"/>
        </w:rPr>
      </w:pPr>
      <w:r w:rsidRPr="003C1052">
        <w:rPr>
          <w:rFonts w:ascii="Arial" w:hAnsi="Arial"/>
          <w:szCs w:val="32"/>
        </w:rPr>
        <w:t>तहसील - भादरा, जिला - हनुमानगढ़ | शालादर्पण आई डी: 227046 | UDISE कोड: 08020320202</w:t>
      </w:r>
    </w:p>
    <w:p w14:paraId="30DEDF45" w14:textId="738FD7E3" w:rsidR="00630820" w:rsidRPr="003C1052" w:rsidRDefault="00000000">
      <w:pPr>
        <w:spacing w:after="120"/>
        <w:jc w:val="center"/>
        <w:rPr>
          <w:sz w:val="32"/>
          <w:szCs w:val="32"/>
        </w:rPr>
      </w:pPr>
      <w:r w:rsidRPr="003C1052">
        <w:rPr>
          <w:rFonts w:ascii="Arial" w:hAnsi="Arial"/>
          <w:szCs w:val="32"/>
        </w:rPr>
        <w:t xml:space="preserve">Email: gssnuwan@gmail.com | Mob. No. </w:t>
      </w:r>
      <w:r w:rsidR="003C1052">
        <w:rPr>
          <w:rFonts w:ascii="Arial" w:hAnsi="Arial"/>
          <w:szCs w:val="32"/>
        </w:rPr>
        <w:t>9660313322</w:t>
      </w:r>
    </w:p>
    <w:tbl>
      <w:tblPr>
        <w:tblW w:w="0" w:type="auto"/>
        <w:jc w:val="center"/>
        <w:tblLayout w:type="fixed"/>
        <w:tblLook w:val="04A0" w:firstRow="1" w:lastRow="0" w:firstColumn="1" w:lastColumn="0" w:noHBand="0" w:noVBand="1"/>
      </w:tblPr>
      <w:tblGrid>
        <w:gridCol w:w="5277"/>
        <w:gridCol w:w="5277"/>
      </w:tblGrid>
      <w:tr w:rsidR="00630820" w14:paraId="6226608D" w14:textId="77777777">
        <w:trPr>
          <w:jc w:val="center"/>
        </w:trPr>
        <w:tc>
          <w:tcPr>
            <w:tcW w:w="5277" w:type="dxa"/>
          </w:tcPr>
          <w:p w14:paraId="71282478" w14:textId="60CEAACB" w:rsidR="00630820" w:rsidRPr="003C1052" w:rsidRDefault="00000000">
            <w:pPr>
              <w:spacing w:after="80"/>
              <w:rPr>
                <w:sz w:val="28"/>
                <w:szCs w:val="36"/>
              </w:rPr>
            </w:pPr>
            <w:proofErr w:type="spellStart"/>
            <w:r w:rsidRPr="003C1052">
              <w:rPr>
                <w:b/>
                <w:sz w:val="28"/>
                <w:szCs w:val="36"/>
              </w:rPr>
              <w:t>क्रमांक</w:t>
            </w:r>
            <w:proofErr w:type="spellEnd"/>
            <w:r w:rsidRPr="003C1052">
              <w:rPr>
                <w:b/>
                <w:sz w:val="28"/>
                <w:szCs w:val="36"/>
              </w:rPr>
              <w:t xml:space="preserve">: </w:t>
            </w:r>
            <w:proofErr w:type="spellStart"/>
            <w:r w:rsidRPr="003C1052">
              <w:rPr>
                <w:sz w:val="28"/>
                <w:szCs w:val="36"/>
              </w:rPr>
              <w:t>राउमावि</w:t>
            </w:r>
            <w:proofErr w:type="spellEnd"/>
            <w:r w:rsidRPr="003C1052">
              <w:rPr>
                <w:sz w:val="28"/>
                <w:szCs w:val="36"/>
              </w:rPr>
              <w:t>/</w:t>
            </w:r>
            <w:proofErr w:type="spellStart"/>
            <w:r w:rsidRPr="003C1052">
              <w:rPr>
                <w:sz w:val="28"/>
                <w:szCs w:val="36"/>
              </w:rPr>
              <w:t>नुवां</w:t>
            </w:r>
            <w:proofErr w:type="spellEnd"/>
            <w:r w:rsidRPr="003C1052">
              <w:rPr>
                <w:sz w:val="28"/>
                <w:szCs w:val="36"/>
              </w:rPr>
              <w:t>/</w:t>
            </w:r>
            <w:proofErr w:type="spellStart"/>
            <w:r w:rsidRPr="003C1052">
              <w:rPr>
                <w:sz w:val="28"/>
                <w:szCs w:val="36"/>
              </w:rPr>
              <w:t>संस्था</w:t>
            </w:r>
            <w:proofErr w:type="spellEnd"/>
            <w:r w:rsidRPr="003C1052">
              <w:rPr>
                <w:sz w:val="28"/>
                <w:szCs w:val="36"/>
              </w:rPr>
              <w:t>/</w:t>
            </w:r>
            <w:r w:rsidRPr="003C1052">
              <w:rPr>
                <w:sz w:val="32"/>
                <w:szCs w:val="40"/>
              </w:rPr>
              <w:t>वे०नि०</w:t>
            </w:r>
            <w:r w:rsidRPr="003C1052">
              <w:rPr>
                <w:sz w:val="24"/>
                <w:szCs w:val="32"/>
              </w:rPr>
              <w:t>/2026/</w:t>
            </w:r>
          </w:p>
        </w:tc>
        <w:tc>
          <w:tcPr>
            <w:tcW w:w="5277" w:type="dxa"/>
          </w:tcPr>
          <w:p w14:paraId="2C0BF799" w14:textId="699284C4" w:rsidR="00630820" w:rsidRPr="003C1052" w:rsidRDefault="00000000">
            <w:pPr>
              <w:spacing w:after="80"/>
              <w:jc w:val="right"/>
              <w:rPr>
                <w:sz w:val="28"/>
                <w:szCs w:val="36"/>
              </w:rPr>
            </w:pPr>
            <w:r w:rsidRPr="003C1052">
              <w:rPr>
                <w:b/>
                <w:sz w:val="28"/>
                <w:szCs w:val="36"/>
              </w:rPr>
              <w:t xml:space="preserve">दिनांक: </w:t>
            </w:r>
            <w:r w:rsidRPr="003C1052">
              <w:rPr>
                <w:sz w:val="28"/>
                <w:szCs w:val="36"/>
              </w:rPr>
              <w:t>....</w:t>
            </w:r>
            <w:r w:rsidR="006049D1">
              <w:rPr>
                <w:sz w:val="28"/>
                <w:szCs w:val="36"/>
              </w:rPr>
              <w:t>.......</w:t>
            </w:r>
            <w:r w:rsidRPr="003C1052">
              <w:rPr>
                <w:sz w:val="28"/>
                <w:szCs w:val="36"/>
              </w:rPr>
              <w:t>................</w:t>
            </w:r>
          </w:p>
        </w:tc>
      </w:tr>
    </w:tbl>
    <w:p w14:paraId="7552F55C" w14:textId="77777777" w:rsidR="00630820" w:rsidRDefault="00000000">
      <w:pPr>
        <w:spacing w:before="120" w:after="160"/>
        <w:jc w:val="center"/>
      </w:pPr>
      <w:r>
        <w:rPr>
          <w:rFonts w:ascii="Arial" w:hAnsi="Arial"/>
          <w:b/>
          <w:sz w:val="26"/>
          <w:u w:val="single"/>
        </w:rPr>
        <w:t>कार्यालय आदेश (वेतन निर्धारण)</w:t>
      </w:r>
    </w:p>
    <w:p w14:paraId="0A9BB918" w14:textId="6E099F62" w:rsidR="00630820" w:rsidRPr="003C1052" w:rsidRDefault="00C73D8C">
      <w:pPr>
        <w:spacing w:after="120"/>
        <w:ind w:firstLine="432"/>
        <w:jc w:val="both"/>
        <w:rPr>
          <w:sz w:val="36"/>
          <w:szCs w:val="36"/>
        </w:rPr>
      </w:pPr>
      <w:r>
        <w:rPr>
          <w:sz w:val="28"/>
          <w:szCs w:val="36"/>
        </w:rPr>
        <w:t xml:space="preserve">                     </w:t>
      </w:r>
      <w:proofErr w:type="spellStart"/>
      <w:r w:rsidRPr="003C1052">
        <w:rPr>
          <w:sz w:val="28"/>
          <w:szCs w:val="36"/>
        </w:rPr>
        <w:t>राजस्थान</w:t>
      </w:r>
      <w:proofErr w:type="spellEnd"/>
      <w:r w:rsidRPr="003C1052">
        <w:rPr>
          <w:sz w:val="28"/>
          <w:szCs w:val="36"/>
        </w:rPr>
        <w:t xml:space="preserve"> </w:t>
      </w:r>
      <w:proofErr w:type="spellStart"/>
      <w:r w:rsidRPr="003C1052">
        <w:rPr>
          <w:sz w:val="28"/>
          <w:szCs w:val="36"/>
        </w:rPr>
        <w:t>सिविल</w:t>
      </w:r>
      <w:proofErr w:type="spellEnd"/>
      <w:r w:rsidRPr="003C1052">
        <w:rPr>
          <w:sz w:val="28"/>
          <w:szCs w:val="36"/>
        </w:rPr>
        <w:t xml:space="preserve"> </w:t>
      </w:r>
      <w:proofErr w:type="spellStart"/>
      <w:r w:rsidRPr="003C1052">
        <w:rPr>
          <w:sz w:val="28"/>
          <w:szCs w:val="36"/>
        </w:rPr>
        <w:t>सेवा</w:t>
      </w:r>
      <w:proofErr w:type="spellEnd"/>
      <w:r w:rsidRPr="003C1052">
        <w:rPr>
          <w:sz w:val="28"/>
          <w:szCs w:val="36"/>
        </w:rPr>
        <w:t xml:space="preserve"> (</w:t>
      </w:r>
      <w:proofErr w:type="spellStart"/>
      <w:r w:rsidRPr="003C1052">
        <w:rPr>
          <w:sz w:val="28"/>
          <w:szCs w:val="36"/>
        </w:rPr>
        <w:t>संशोधित</w:t>
      </w:r>
      <w:proofErr w:type="spellEnd"/>
      <w:r w:rsidRPr="003C1052">
        <w:rPr>
          <w:sz w:val="28"/>
          <w:szCs w:val="36"/>
        </w:rPr>
        <w:t xml:space="preserve"> वेतन) नियम 2023 के अनुसरण में, श्रीमान संयुक्त निदेशक स्कूल शिक्षा बीकानेर संभाग बीकानेर के आदेश क्रमांक -संनि/स्कूल शिक्षा/बिका/संस्था/डिग्री/पीटीआई भर्ती 2022/2026 RajKaj Ref. 23757054 दिनांक 01.08.2026 तथा श्रीमान जिला शिक्षा अधिकारी (मुख्यालय) माध्यमिक शिक्षा, हनुमानगढ़ के आदेश क्रमांक RajKaj Ref. No 24198719 दिनांक 22.08.2026 द्वारा दो वर्ष का परिवीक्षाकाल सफलतापूर्वक पूर्ण करने पर इस विद्यालय में कार्यरत </w:t>
      </w:r>
      <w:r w:rsidRPr="003C1052">
        <w:rPr>
          <w:b/>
          <w:sz w:val="28"/>
          <w:szCs w:val="36"/>
        </w:rPr>
        <w:t xml:space="preserve">श्री राहुल बैनीवाल (शारीरिक शिक्षक / </w:t>
      </w:r>
      <w:r w:rsidRPr="00C73D8C">
        <w:rPr>
          <w:b/>
          <w:sz w:val="24"/>
          <w:szCs w:val="32"/>
        </w:rPr>
        <w:t>PTI)</w:t>
      </w:r>
      <w:r w:rsidRPr="00C73D8C">
        <w:rPr>
          <w:sz w:val="24"/>
          <w:szCs w:val="32"/>
        </w:rPr>
        <w:t xml:space="preserve"> </w:t>
      </w:r>
      <w:r w:rsidRPr="003C1052">
        <w:rPr>
          <w:sz w:val="28"/>
          <w:szCs w:val="36"/>
        </w:rPr>
        <w:t>का वेतन नियमितीकरण / स्थायीकरण एवं दिनांक 01.01.2026 को प्रथम वार्षिक वेतन वृद्धि स्वीकृत करते हुए समेकित वेतन निर्धारण (Master Pay Fixation) निम्नानुसार किया जाता है:</w:t>
      </w:r>
    </w:p>
    <w:p w14:paraId="13188C23" w14:textId="77777777" w:rsidR="00630820" w:rsidRPr="003C1052" w:rsidRDefault="00000000">
      <w:pPr>
        <w:spacing w:before="80" w:after="80"/>
        <w:rPr>
          <w:sz w:val="32"/>
          <w:szCs w:val="32"/>
        </w:rPr>
      </w:pPr>
      <w:r w:rsidRPr="003C1052">
        <w:rPr>
          <w:b/>
          <w:sz w:val="24"/>
          <w:szCs w:val="32"/>
        </w:rPr>
        <w:t>समेकित वेतन निर्धारण तालिका (Master Pay Fixation Table):</w:t>
      </w:r>
    </w:p>
    <w:tbl>
      <w:tblPr>
        <w:tblW w:w="110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
        <w:gridCol w:w="1436"/>
        <w:gridCol w:w="990"/>
        <w:gridCol w:w="1170"/>
        <w:gridCol w:w="1156"/>
        <w:gridCol w:w="1152"/>
        <w:gridCol w:w="1152"/>
        <w:gridCol w:w="1199"/>
        <w:gridCol w:w="1170"/>
        <w:gridCol w:w="1170"/>
        <w:gridCol w:w="9"/>
      </w:tblGrid>
      <w:tr w:rsidR="00630820" w:rsidRPr="003C1052" w14:paraId="42A9F5E6" w14:textId="77777777" w:rsidTr="00E44E9D">
        <w:trPr>
          <w:gridAfter w:val="1"/>
          <w:wAfter w:w="9" w:type="dxa"/>
          <w:jc w:val="center"/>
        </w:trPr>
        <w:tc>
          <w:tcPr>
            <w:tcW w:w="432" w:type="dxa"/>
            <w:shd w:val="clear" w:color="auto" w:fill="F2F2F2"/>
            <w:tcMar>
              <w:top w:w="60" w:type="dxa"/>
              <w:left w:w="40" w:type="dxa"/>
              <w:bottom w:w="60" w:type="dxa"/>
              <w:right w:w="40" w:type="dxa"/>
            </w:tcMar>
          </w:tcPr>
          <w:p w14:paraId="2FC4D9F5" w14:textId="77777777" w:rsidR="00630820" w:rsidRPr="003C1052" w:rsidRDefault="00000000">
            <w:pPr>
              <w:spacing w:after="0"/>
              <w:jc w:val="center"/>
              <w:rPr>
                <w:sz w:val="32"/>
                <w:szCs w:val="32"/>
              </w:rPr>
            </w:pPr>
            <w:proofErr w:type="spellStart"/>
            <w:r w:rsidRPr="003C1052">
              <w:rPr>
                <w:b/>
                <w:szCs w:val="32"/>
              </w:rPr>
              <w:t>क्र</w:t>
            </w:r>
            <w:proofErr w:type="spellEnd"/>
            <w:r w:rsidRPr="003C1052">
              <w:rPr>
                <w:b/>
                <w:szCs w:val="32"/>
              </w:rPr>
              <w:t>.</w:t>
            </w:r>
          </w:p>
        </w:tc>
        <w:tc>
          <w:tcPr>
            <w:tcW w:w="1436" w:type="dxa"/>
            <w:shd w:val="clear" w:color="auto" w:fill="F2F2F2"/>
            <w:tcMar>
              <w:top w:w="60" w:type="dxa"/>
              <w:left w:w="40" w:type="dxa"/>
              <w:bottom w:w="60" w:type="dxa"/>
              <w:right w:w="40" w:type="dxa"/>
            </w:tcMar>
          </w:tcPr>
          <w:p w14:paraId="2DEA4B2B" w14:textId="77777777" w:rsidR="00630820" w:rsidRPr="003C1052" w:rsidRDefault="00000000">
            <w:pPr>
              <w:spacing w:after="0"/>
              <w:jc w:val="center"/>
              <w:rPr>
                <w:sz w:val="32"/>
                <w:szCs w:val="32"/>
              </w:rPr>
            </w:pPr>
            <w:r w:rsidRPr="003C1052">
              <w:rPr>
                <w:b/>
                <w:szCs w:val="32"/>
              </w:rPr>
              <w:t>नाम कार्मिक</w:t>
            </w:r>
          </w:p>
        </w:tc>
        <w:tc>
          <w:tcPr>
            <w:tcW w:w="990" w:type="dxa"/>
            <w:shd w:val="clear" w:color="auto" w:fill="F2F2F2"/>
            <w:tcMar>
              <w:top w:w="60" w:type="dxa"/>
              <w:left w:w="40" w:type="dxa"/>
              <w:bottom w:w="60" w:type="dxa"/>
              <w:right w:w="40" w:type="dxa"/>
            </w:tcMar>
          </w:tcPr>
          <w:p w14:paraId="10528F2F" w14:textId="77777777" w:rsidR="00630820" w:rsidRPr="003C1052" w:rsidRDefault="00000000">
            <w:pPr>
              <w:spacing w:after="0"/>
              <w:jc w:val="center"/>
              <w:rPr>
                <w:sz w:val="32"/>
                <w:szCs w:val="32"/>
              </w:rPr>
            </w:pPr>
            <w:r w:rsidRPr="003C1052">
              <w:rPr>
                <w:b/>
                <w:szCs w:val="32"/>
              </w:rPr>
              <w:t>पद</w:t>
            </w:r>
          </w:p>
        </w:tc>
        <w:tc>
          <w:tcPr>
            <w:tcW w:w="1170" w:type="dxa"/>
            <w:shd w:val="clear" w:color="auto" w:fill="F2F2F2"/>
            <w:tcMar>
              <w:top w:w="60" w:type="dxa"/>
              <w:left w:w="40" w:type="dxa"/>
              <w:bottom w:w="60" w:type="dxa"/>
              <w:right w:w="40" w:type="dxa"/>
            </w:tcMar>
          </w:tcPr>
          <w:p w14:paraId="4A4BBA64" w14:textId="77777777" w:rsidR="00630820" w:rsidRPr="003C1052" w:rsidRDefault="00000000">
            <w:pPr>
              <w:spacing w:after="0"/>
              <w:jc w:val="center"/>
              <w:rPr>
                <w:sz w:val="32"/>
                <w:szCs w:val="32"/>
              </w:rPr>
            </w:pPr>
            <w:r w:rsidRPr="003C1052">
              <w:rPr>
                <w:b/>
                <w:szCs w:val="32"/>
              </w:rPr>
              <w:t>प्रथम कार्यग्रहण</w:t>
            </w:r>
          </w:p>
        </w:tc>
        <w:tc>
          <w:tcPr>
            <w:tcW w:w="1156" w:type="dxa"/>
            <w:shd w:val="clear" w:color="auto" w:fill="F2F2F2"/>
            <w:tcMar>
              <w:top w:w="60" w:type="dxa"/>
              <w:left w:w="40" w:type="dxa"/>
              <w:bottom w:w="60" w:type="dxa"/>
              <w:right w:w="40" w:type="dxa"/>
            </w:tcMar>
          </w:tcPr>
          <w:p w14:paraId="563A70A2" w14:textId="77777777" w:rsidR="00630820" w:rsidRPr="003C1052" w:rsidRDefault="00000000">
            <w:pPr>
              <w:spacing w:after="0"/>
              <w:jc w:val="center"/>
              <w:rPr>
                <w:sz w:val="32"/>
                <w:szCs w:val="32"/>
              </w:rPr>
            </w:pPr>
            <w:r w:rsidRPr="003C1052">
              <w:rPr>
                <w:b/>
                <w:szCs w:val="32"/>
              </w:rPr>
              <w:t>स्थायीकरण तिथि</w:t>
            </w:r>
          </w:p>
        </w:tc>
        <w:tc>
          <w:tcPr>
            <w:tcW w:w="1152" w:type="dxa"/>
            <w:shd w:val="clear" w:color="auto" w:fill="F2F2F2"/>
            <w:tcMar>
              <w:top w:w="60" w:type="dxa"/>
              <w:left w:w="40" w:type="dxa"/>
              <w:bottom w:w="60" w:type="dxa"/>
              <w:right w:w="40" w:type="dxa"/>
            </w:tcMar>
          </w:tcPr>
          <w:p w14:paraId="1AFFDCAF" w14:textId="77777777" w:rsidR="00630820" w:rsidRPr="003C1052" w:rsidRDefault="00000000">
            <w:pPr>
              <w:spacing w:after="0"/>
              <w:jc w:val="center"/>
              <w:rPr>
                <w:sz w:val="32"/>
                <w:szCs w:val="32"/>
              </w:rPr>
            </w:pPr>
            <w:r w:rsidRPr="003C1052">
              <w:rPr>
                <w:b/>
                <w:szCs w:val="32"/>
              </w:rPr>
              <w:t>पे लेवल</w:t>
            </w:r>
          </w:p>
        </w:tc>
        <w:tc>
          <w:tcPr>
            <w:tcW w:w="1152" w:type="dxa"/>
            <w:shd w:val="clear" w:color="auto" w:fill="F2F2F2"/>
            <w:tcMar>
              <w:top w:w="60" w:type="dxa"/>
              <w:left w:w="40" w:type="dxa"/>
              <w:bottom w:w="60" w:type="dxa"/>
              <w:right w:w="40" w:type="dxa"/>
            </w:tcMar>
          </w:tcPr>
          <w:p w14:paraId="64C1D347" w14:textId="77777777" w:rsidR="00630820" w:rsidRPr="003C1052" w:rsidRDefault="00000000">
            <w:pPr>
              <w:spacing w:after="0"/>
              <w:jc w:val="center"/>
              <w:rPr>
                <w:sz w:val="32"/>
                <w:szCs w:val="32"/>
              </w:rPr>
            </w:pPr>
            <w:r w:rsidRPr="003C1052">
              <w:rPr>
                <w:b/>
                <w:szCs w:val="32"/>
              </w:rPr>
              <w:t>स्थायीकरण पर बेसिक</w:t>
            </w:r>
          </w:p>
        </w:tc>
        <w:tc>
          <w:tcPr>
            <w:tcW w:w="1199" w:type="dxa"/>
            <w:shd w:val="clear" w:color="auto" w:fill="F2F2F2"/>
            <w:tcMar>
              <w:top w:w="60" w:type="dxa"/>
              <w:left w:w="40" w:type="dxa"/>
              <w:bottom w:w="60" w:type="dxa"/>
              <w:right w:w="40" w:type="dxa"/>
            </w:tcMar>
          </w:tcPr>
          <w:p w14:paraId="7AD34359" w14:textId="77777777" w:rsidR="00630820" w:rsidRPr="003C1052" w:rsidRDefault="00000000">
            <w:pPr>
              <w:spacing w:after="0"/>
              <w:jc w:val="center"/>
              <w:rPr>
                <w:sz w:val="32"/>
                <w:szCs w:val="32"/>
              </w:rPr>
            </w:pPr>
            <w:r w:rsidRPr="003C1052">
              <w:rPr>
                <w:b/>
                <w:szCs w:val="32"/>
              </w:rPr>
              <w:t>इंक्रीमेंट दिनांक</w:t>
            </w:r>
          </w:p>
        </w:tc>
        <w:tc>
          <w:tcPr>
            <w:tcW w:w="1170" w:type="dxa"/>
            <w:shd w:val="clear" w:color="auto" w:fill="F2F2F2"/>
            <w:tcMar>
              <w:top w:w="60" w:type="dxa"/>
              <w:left w:w="40" w:type="dxa"/>
              <w:bottom w:w="60" w:type="dxa"/>
              <w:right w:w="40" w:type="dxa"/>
            </w:tcMar>
          </w:tcPr>
          <w:p w14:paraId="15CBB781" w14:textId="77777777" w:rsidR="00630820" w:rsidRPr="003C1052" w:rsidRDefault="00000000">
            <w:pPr>
              <w:spacing w:after="0"/>
              <w:jc w:val="center"/>
              <w:rPr>
                <w:sz w:val="32"/>
                <w:szCs w:val="32"/>
              </w:rPr>
            </w:pPr>
            <w:r w:rsidRPr="003C1052">
              <w:rPr>
                <w:b/>
                <w:szCs w:val="32"/>
              </w:rPr>
              <w:t>इंक्रीमेंट बाद बेसिक</w:t>
            </w:r>
          </w:p>
        </w:tc>
        <w:tc>
          <w:tcPr>
            <w:tcW w:w="1170" w:type="dxa"/>
            <w:shd w:val="clear" w:color="auto" w:fill="F2F2F2"/>
            <w:tcMar>
              <w:top w:w="60" w:type="dxa"/>
              <w:left w:w="40" w:type="dxa"/>
              <w:bottom w:w="60" w:type="dxa"/>
              <w:right w:w="40" w:type="dxa"/>
            </w:tcMar>
          </w:tcPr>
          <w:p w14:paraId="434B813E" w14:textId="77777777" w:rsidR="00630820" w:rsidRPr="003C1052" w:rsidRDefault="00000000">
            <w:pPr>
              <w:spacing w:after="0"/>
              <w:jc w:val="center"/>
              <w:rPr>
                <w:sz w:val="32"/>
                <w:szCs w:val="32"/>
              </w:rPr>
            </w:pPr>
            <w:r w:rsidRPr="003C1052">
              <w:rPr>
                <w:b/>
                <w:szCs w:val="32"/>
              </w:rPr>
              <w:t>आगामी वेतनवृद्धि</w:t>
            </w:r>
          </w:p>
        </w:tc>
      </w:tr>
      <w:tr w:rsidR="00630820" w:rsidRPr="003C1052" w14:paraId="167BA36F" w14:textId="77777777" w:rsidTr="00E44E9D">
        <w:trPr>
          <w:gridAfter w:val="1"/>
          <w:wAfter w:w="9" w:type="dxa"/>
          <w:jc w:val="center"/>
        </w:trPr>
        <w:tc>
          <w:tcPr>
            <w:tcW w:w="432" w:type="dxa"/>
            <w:tcMar>
              <w:top w:w="60" w:type="dxa"/>
              <w:left w:w="40" w:type="dxa"/>
              <w:bottom w:w="60" w:type="dxa"/>
              <w:right w:w="40" w:type="dxa"/>
            </w:tcMar>
          </w:tcPr>
          <w:p w14:paraId="570B94D1" w14:textId="77777777" w:rsidR="00A61A22" w:rsidRDefault="00A61A22">
            <w:pPr>
              <w:spacing w:after="0"/>
              <w:jc w:val="center"/>
              <w:rPr>
                <w:szCs w:val="32"/>
              </w:rPr>
            </w:pPr>
          </w:p>
          <w:p w14:paraId="0D4B523F" w14:textId="6B592C76" w:rsidR="00630820" w:rsidRPr="003C1052" w:rsidRDefault="00000000">
            <w:pPr>
              <w:spacing w:after="0"/>
              <w:jc w:val="center"/>
              <w:rPr>
                <w:sz w:val="32"/>
                <w:szCs w:val="32"/>
              </w:rPr>
            </w:pPr>
            <w:r w:rsidRPr="003C1052">
              <w:rPr>
                <w:szCs w:val="32"/>
              </w:rPr>
              <w:t>1</w:t>
            </w:r>
          </w:p>
        </w:tc>
        <w:tc>
          <w:tcPr>
            <w:tcW w:w="1436" w:type="dxa"/>
            <w:tcMar>
              <w:top w:w="60" w:type="dxa"/>
              <w:left w:w="40" w:type="dxa"/>
              <w:bottom w:w="60" w:type="dxa"/>
              <w:right w:w="40" w:type="dxa"/>
            </w:tcMar>
          </w:tcPr>
          <w:p w14:paraId="1D9EFEA0" w14:textId="77777777" w:rsidR="00630820" w:rsidRPr="003C1052" w:rsidRDefault="00000000">
            <w:pPr>
              <w:spacing w:after="0"/>
              <w:jc w:val="center"/>
              <w:rPr>
                <w:sz w:val="32"/>
                <w:szCs w:val="32"/>
              </w:rPr>
            </w:pPr>
            <w:proofErr w:type="spellStart"/>
            <w:r w:rsidRPr="003C1052">
              <w:rPr>
                <w:b/>
                <w:szCs w:val="32"/>
              </w:rPr>
              <w:t>राहुल</w:t>
            </w:r>
            <w:proofErr w:type="spellEnd"/>
            <w:r w:rsidRPr="003C1052">
              <w:rPr>
                <w:b/>
                <w:szCs w:val="32"/>
              </w:rPr>
              <w:t xml:space="preserve"> </w:t>
            </w:r>
            <w:proofErr w:type="spellStart"/>
            <w:r w:rsidRPr="003C1052">
              <w:rPr>
                <w:b/>
                <w:szCs w:val="32"/>
              </w:rPr>
              <w:t>बैनीवाल</w:t>
            </w:r>
            <w:proofErr w:type="spellEnd"/>
            <w:r w:rsidRPr="003C1052">
              <w:rPr>
                <w:b/>
                <w:szCs w:val="32"/>
              </w:rPr>
              <w:br/>
            </w:r>
            <w:r w:rsidRPr="003C1052">
              <w:rPr>
                <w:b/>
                <w:sz w:val="18"/>
                <w:szCs w:val="24"/>
              </w:rPr>
              <w:t>(RAHUL BENIWAL)</w:t>
            </w:r>
          </w:p>
        </w:tc>
        <w:tc>
          <w:tcPr>
            <w:tcW w:w="990" w:type="dxa"/>
            <w:tcMar>
              <w:top w:w="60" w:type="dxa"/>
              <w:left w:w="40" w:type="dxa"/>
              <w:bottom w:w="60" w:type="dxa"/>
              <w:right w:w="40" w:type="dxa"/>
            </w:tcMar>
          </w:tcPr>
          <w:p w14:paraId="779AFB64" w14:textId="77777777" w:rsidR="00630820" w:rsidRPr="003C1052" w:rsidRDefault="00000000">
            <w:pPr>
              <w:spacing w:after="0"/>
              <w:jc w:val="center"/>
              <w:rPr>
                <w:sz w:val="32"/>
                <w:szCs w:val="32"/>
              </w:rPr>
            </w:pPr>
            <w:r w:rsidRPr="003C1052">
              <w:rPr>
                <w:szCs w:val="32"/>
              </w:rPr>
              <w:t>शारीरिक शिक्षक</w:t>
            </w:r>
            <w:r w:rsidRPr="003C1052">
              <w:rPr>
                <w:szCs w:val="32"/>
              </w:rPr>
              <w:br/>
              <w:t>(PTI)</w:t>
            </w:r>
          </w:p>
        </w:tc>
        <w:tc>
          <w:tcPr>
            <w:tcW w:w="1170" w:type="dxa"/>
            <w:tcMar>
              <w:top w:w="60" w:type="dxa"/>
              <w:left w:w="40" w:type="dxa"/>
              <w:bottom w:w="60" w:type="dxa"/>
              <w:right w:w="40" w:type="dxa"/>
            </w:tcMar>
          </w:tcPr>
          <w:p w14:paraId="2673C36C" w14:textId="77777777" w:rsidR="00A61A22" w:rsidRDefault="00A61A22">
            <w:pPr>
              <w:spacing w:after="0"/>
              <w:jc w:val="center"/>
              <w:rPr>
                <w:szCs w:val="32"/>
              </w:rPr>
            </w:pPr>
          </w:p>
          <w:p w14:paraId="0FAB1F2C" w14:textId="3BD2F0FC" w:rsidR="00630820" w:rsidRPr="003C1052" w:rsidRDefault="00000000">
            <w:pPr>
              <w:spacing w:after="0"/>
              <w:jc w:val="center"/>
              <w:rPr>
                <w:sz w:val="32"/>
                <w:szCs w:val="32"/>
              </w:rPr>
            </w:pPr>
            <w:r w:rsidRPr="003C1052">
              <w:rPr>
                <w:szCs w:val="32"/>
              </w:rPr>
              <w:t>06.10.2023</w:t>
            </w:r>
          </w:p>
        </w:tc>
        <w:tc>
          <w:tcPr>
            <w:tcW w:w="1156" w:type="dxa"/>
            <w:tcMar>
              <w:top w:w="60" w:type="dxa"/>
              <w:left w:w="40" w:type="dxa"/>
              <w:bottom w:w="60" w:type="dxa"/>
              <w:right w:w="40" w:type="dxa"/>
            </w:tcMar>
          </w:tcPr>
          <w:p w14:paraId="66AAE325" w14:textId="77777777" w:rsidR="00A61A22" w:rsidRDefault="00A61A22">
            <w:pPr>
              <w:spacing w:after="0"/>
              <w:jc w:val="center"/>
              <w:rPr>
                <w:szCs w:val="32"/>
              </w:rPr>
            </w:pPr>
          </w:p>
          <w:p w14:paraId="32D78791" w14:textId="421CD1D6" w:rsidR="00630820" w:rsidRPr="003C1052" w:rsidRDefault="00000000">
            <w:pPr>
              <w:spacing w:after="0"/>
              <w:jc w:val="center"/>
              <w:rPr>
                <w:sz w:val="32"/>
                <w:szCs w:val="32"/>
              </w:rPr>
            </w:pPr>
            <w:r w:rsidRPr="003C1052">
              <w:rPr>
                <w:szCs w:val="32"/>
              </w:rPr>
              <w:t>06.10.2025</w:t>
            </w:r>
          </w:p>
        </w:tc>
        <w:tc>
          <w:tcPr>
            <w:tcW w:w="1152" w:type="dxa"/>
            <w:tcMar>
              <w:top w:w="60" w:type="dxa"/>
              <w:left w:w="40" w:type="dxa"/>
              <w:bottom w:w="60" w:type="dxa"/>
              <w:right w:w="40" w:type="dxa"/>
            </w:tcMar>
          </w:tcPr>
          <w:p w14:paraId="1178A271" w14:textId="77777777" w:rsidR="00630820" w:rsidRPr="003C1052" w:rsidRDefault="00000000">
            <w:pPr>
              <w:spacing w:after="0"/>
              <w:jc w:val="center"/>
              <w:rPr>
                <w:sz w:val="32"/>
                <w:szCs w:val="32"/>
              </w:rPr>
            </w:pPr>
            <w:r w:rsidRPr="003C1052">
              <w:rPr>
                <w:szCs w:val="32"/>
              </w:rPr>
              <w:t>Level-10</w:t>
            </w:r>
            <w:r w:rsidRPr="003C1052">
              <w:rPr>
                <w:szCs w:val="32"/>
              </w:rPr>
              <w:br/>
              <w:t>(9300-34800 GP 3600)</w:t>
            </w:r>
          </w:p>
        </w:tc>
        <w:tc>
          <w:tcPr>
            <w:tcW w:w="1152" w:type="dxa"/>
            <w:tcMar>
              <w:top w:w="60" w:type="dxa"/>
              <w:left w:w="40" w:type="dxa"/>
              <w:bottom w:w="60" w:type="dxa"/>
              <w:right w:w="40" w:type="dxa"/>
            </w:tcMar>
          </w:tcPr>
          <w:p w14:paraId="50D1ED72" w14:textId="77777777" w:rsidR="00A61A22" w:rsidRDefault="00A61A22">
            <w:pPr>
              <w:spacing w:after="0"/>
              <w:jc w:val="center"/>
              <w:rPr>
                <w:szCs w:val="32"/>
              </w:rPr>
            </w:pPr>
          </w:p>
          <w:p w14:paraId="5BFC7794" w14:textId="44D8EB91" w:rsidR="00630820" w:rsidRPr="003C1052" w:rsidRDefault="00000000">
            <w:pPr>
              <w:spacing w:after="0"/>
              <w:jc w:val="center"/>
              <w:rPr>
                <w:sz w:val="32"/>
                <w:szCs w:val="32"/>
              </w:rPr>
            </w:pPr>
            <w:r w:rsidRPr="003C1052">
              <w:rPr>
                <w:szCs w:val="32"/>
              </w:rPr>
              <w:t>₹ 33,800/-</w:t>
            </w:r>
          </w:p>
        </w:tc>
        <w:tc>
          <w:tcPr>
            <w:tcW w:w="1199" w:type="dxa"/>
            <w:tcMar>
              <w:top w:w="60" w:type="dxa"/>
              <w:left w:w="40" w:type="dxa"/>
              <w:bottom w:w="60" w:type="dxa"/>
              <w:right w:w="40" w:type="dxa"/>
            </w:tcMar>
          </w:tcPr>
          <w:p w14:paraId="2AA9B25F" w14:textId="77777777" w:rsidR="00A61A22" w:rsidRDefault="00A61A22">
            <w:pPr>
              <w:spacing w:after="0"/>
              <w:jc w:val="center"/>
              <w:rPr>
                <w:szCs w:val="32"/>
              </w:rPr>
            </w:pPr>
          </w:p>
          <w:p w14:paraId="7F84613F" w14:textId="208F0B1A" w:rsidR="00630820" w:rsidRPr="003C1052" w:rsidRDefault="00000000">
            <w:pPr>
              <w:spacing w:after="0"/>
              <w:jc w:val="center"/>
              <w:rPr>
                <w:sz w:val="32"/>
                <w:szCs w:val="32"/>
              </w:rPr>
            </w:pPr>
            <w:r w:rsidRPr="003C1052">
              <w:rPr>
                <w:szCs w:val="32"/>
              </w:rPr>
              <w:t>01.01.2026</w:t>
            </w:r>
          </w:p>
        </w:tc>
        <w:tc>
          <w:tcPr>
            <w:tcW w:w="1170" w:type="dxa"/>
            <w:tcMar>
              <w:top w:w="60" w:type="dxa"/>
              <w:left w:w="40" w:type="dxa"/>
              <w:bottom w:w="60" w:type="dxa"/>
              <w:right w:w="40" w:type="dxa"/>
            </w:tcMar>
          </w:tcPr>
          <w:p w14:paraId="0E521494" w14:textId="77777777" w:rsidR="00A61A22" w:rsidRDefault="00A61A22">
            <w:pPr>
              <w:spacing w:after="0"/>
              <w:jc w:val="center"/>
              <w:rPr>
                <w:b/>
                <w:szCs w:val="32"/>
              </w:rPr>
            </w:pPr>
          </w:p>
          <w:p w14:paraId="1493B117" w14:textId="4B2CBCC1" w:rsidR="00630820" w:rsidRPr="003C1052" w:rsidRDefault="00000000">
            <w:pPr>
              <w:spacing w:after="0"/>
              <w:jc w:val="center"/>
              <w:rPr>
                <w:sz w:val="32"/>
                <w:szCs w:val="32"/>
              </w:rPr>
            </w:pPr>
            <w:r w:rsidRPr="003C1052">
              <w:rPr>
                <w:b/>
                <w:szCs w:val="32"/>
              </w:rPr>
              <w:t>₹ 34,800/-</w:t>
            </w:r>
          </w:p>
        </w:tc>
        <w:tc>
          <w:tcPr>
            <w:tcW w:w="1170" w:type="dxa"/>
            <w:tcMar>
              <w:top w:w="60" w:type="dxa"/>
              <w:left w:w="40" w:type="dxa"/>
              <w:bottom w:w="60" w:type="dxa"/>
              <w:right w:w="40" w:type="dxa"/>
            </w:tcMar>
          </w:tcPr>
          <w:p w14:paraId="6832439F" w14:textId="77777777" w:rsidR="00A61A22" w:rsidRDefault="00A61A22">
            <w:pPr>
              <w:spacing w:after="0"/>
              <w:jc w:val="center"/>
              <w:rPr>
                <w:szCs w:val="32"/>
              </w:rPr>
            </w:pPr>
          </w:p>
          <w:p w14:paraId="00FD74EF" w14:textId="7DEC2AC8" w:rsidR="00630820" w:rsidRPr="003C1052" w:rsidRDefault="00000000">
            <w:pPr>
              <w:spacing w:after="0"/>
              <w:jc w:val="center"/>
              <w:rPr>
                <w:sz w:val="32"/>
                <w:szCs w:val="32"/>
              </w:rPr>
            </w:pPr>
            <w:r w:rsidRPr="003C1052">
              <w:rPr>
                <w:szCs w:val="32"/>
              </w:rPr>
              <w:t>01.01.2027</w:t>
            </w:r>
          </w:p>
        </w:tc>
      </w:tr>
      <w:tr w:rsidR="00630820" w:rsidRPr="003C1052" w14:paraId="5ABEB2F0" w14:textId="77777777" w:rsidTr="00C73D8C">
        <w:tblPrEx>
          <w:tblBorders>
            <w:insideH w:val="none" w:sz="0" w:space="0" w:color="auto"/>
            <w:insideV w:val="none" w:sz="0" w:space="0" w:color="auto"/>
          </w:tblBorders>
        </w:tblPrEx>
        <w:trPr>
          <w:trHeight w:val="1889"/>
          <w:jc w:val="center"/>
        </w:trPr>
        <w:tc>
          <w:tcPr>
            <w:tcW w:w="11036" w:type="dxa"/>
            <w:gridSpan w:val="11"/>
            <w:tcMar>
              <w:top w:w="80" w:type="dxa"/>
              <w:left w:w="100" w:type="dxa"/>
              <w:bottom w:w="80" w:type="dxa"/>
              <w:right w:w="100" w:type="dxa"/>
            </w:tcMar>
          </w:tcPr>
          <w:p w14:paraId="20398C0E" w14:textId="77777777" w:rsidR="00630820" w:rsidRPr="00C73D8C" w:rsidRDefault="00000000">
            <w:pPr>
              <w:spacing w:after="0"/>
              <w:rPr>
                <w:sz w:val="25"/>
                <w:szCs w:val="25"/>
              </w:rPr>
            </w:pPr>
            <w:proofErr w:type="spellStart"/>
            <w:r w:rsidRPr="00C73D8C">
              <w:rPr>
                <w:b/>
                <w:sz w:val="25"/>
                <w:szCs w:val="25"/>
              </w:rPr>
              <w:t>प्रमाणीकरण</w:t>
            </w:r>
            <w:proofErr w:type="spellEnd"/>
            <w:r w:rsidRPr="00C73D8C">
              <w:rPr>
                <w:b/>
                <w:sz w:val="25"/>
                <w:szCs w:val="25"/>
              </w:rPr>
              <w:t xml:space="preserve"> </w:t>
            </w:r>
            <w:proofErr w:type="spellStart"/>
            <w:r w:rsidRPr="00C73D8C">
              <w:rPr>
                <w:b/>
                <w:sz w:val="25"/>
                <w:szCs w:val="25"/>
              </w:rPr>
              <w:t>एवं</w:t>
            </w:r>
            <w:proofErr w:type="spellEnd"/>
            <w:r w:rsidRPr="00C73D8C">
              <w:rPr>
                <w:b/>
                <w:sz w:val="25"/>
                <w:szCs w:val="25"/>
              </w:rPr>
              <w:t xml:space="preserve"> </w:t>
            </w:r>
            <w:proofErr w:type="spellStart"/>
            <w:r w:rsidRPr="00C73D8C">
              <w:rPr>
                <w:b/>
                <w:sz w:val="25"/>
                <w:szCs w:val="25"/>
              </w:rPr>
              <w:t>नियम</w:t>
            </w:r>
            <w:proofErr w:type="spellEnd"/>
            <w:r w:rsidRPr="00C73D8C">
              <w:rPr>
                <w:b/>
                <w:sz w:val="25"/>
                <w:szCs w:val="25"/>
              </w:rPr>
              <w:t xml:space="preserve"> </w:t>
            </w:r>
            <w:proofErr w:type="spellStart"/>
            <w:r w:rsidRPr="00C73D8C">
              <w:rPr>
                <w:b/>
                <w:sz w:val="25"/>
                <w:szCs w:val="25"/>
              </w:rPr>
              <w:t>शर्तें</w:t>
            </w:r>
            <w:proofErr w:type="spellEnd"/>
            <w:r w:rsidRPr="00C73D8C">
              <w:rPr>
                <w:b/>
                <w:sz w:val="25"/>
                <w:szCs w:val="25"/>
              </w:rPr>
              <w:t>:</w:t>
            </w:r>
            <w:r w:rsidRPr="00C73D8C">
              <w:rPr>
                <w:b/>
                <w:sz w:val="25"/>
                <w:szCs w:val="25"/>
              </w:rPr>
              <w:br/>
            </w:r>
            <w:r w:rsidRPr="00C73D8C">
              <w:rPr>
                <w:sz w:val="25"/>
                <w:szCs w:val="25"/>
              </w:rPr>
              <w:t>1. प्रमाणित किया जाता है कि संबंधित कार्मिक ने परिवीक्षाकाल / सेवा अवधि में ऐसे किसी असाधारण/अवैतनिक अवकाश का उपभोग नहीं किया है जिससे उनकी वेतन वृद्धि अथवा नियमितीकरण प्रभावित होता हो।</w:t>
            </w:r>
            <w:r w:rsidRPr="00C73D8C">
              <w:rPr>
                <w:sz w:val="25"/>
                <w:szCs w:val="25"/>
              </w:rPr>
              <w:br/>
              <w:t>2. उक्त वेतन निर्धारण में यदि भविष्य में किसी भी प्रकार की गणनात्मक या नियमावली त्रुटि पाई जाती है तो नियमानुसार अधिक भुगतान की वसूली / संशोधन की कार्यवाही की जाएगी।</w:t>
            </w:r>
          </w:p>
        </w:tc>
      </w:tr>
    </w:tbl>
    <w:p w14:paraId="4A448E79" w14:textId="77777777" w:rsidR="003C1052" w:rsidRDefault="003C1052">
      <w:pPr>
        <w:spacing w:before="360" w:after="240"/>
        <w:jc w:val="right"/>
        <w:rPr>
          <w:b/>
          <w:sz w:val="24"/>
          <w:szCs w:val="32"/>
        </w:rPr>
      </w:pPr>
    </w:p>
    <w:p w14:paraId="60E38C12" w14:textId="447C5666" w:rsidR="00630820" w:rsidRPr="003C1052" w:rsidRDefault="00C73D8C" w:rsidP="00C73D8C">
      <w:pPr>
        <w:spacing w:before="360" w:after="240"/>
        <w:jc w:val="center"/>
        <w:rPr>
          <w:sz w:val="32"/>
          <w:szCs w:val="32"/>
        </w:rPr>
      </w:pPr>
      <w:r>
        <w:rPr>
          <w:b/>
          <w:sz w:val="24"/>
          <w:szCs w:val="32"/>
        </w:rPr>
        <w:t xml:space="preserve">                                                                                                                                       </w:t>
      </w:r>
      <w:proofErr w:type="spellStart"/>
      <w:r w:rsidRPr="003C1052">
        <w:rPr>
          <w:b/>
          <w:sz w:val="24"/>
          <w:szCs w:val="32"/>
        </w:rPr>
        <w:t>प्रधानाचार्य</w:t>
      </w:r>
      <w:proofErr w:type="spellEnd"/>
      <w:r w:rsidR="003C1052">
        <w:rPr>
          <w:b/>
          <w:sz w:val="24"/>
          <w:szCs w:val="32"/>
        </w:rPr>
        <w:t>/</w:t>
      </w:r>
      <w:proofErr w:type="spellStart"/>
      <w:r w:rsidRPr="003C1052">
        <w:rPr>
          <w:b/>
          <w:sz w:val="24"/>
          <w:szCs w:val="32"/>
        </w:rPr>
        <w:t>नियंत्रण</w:t>
      </w:r>
      <w:proofErr w:type="spellEnd"/>
      <w:r w:rsidRPr="003C1052">
        <w:rPr>
          <w:b/>
          <w:sz w:val="24"/>
          <w:szCs w:val="32"/>
        </w:rPr>
        <w:t xml:space="preserve"> </w:t>
      </w:r>
      <w:proofErr w:type="spellStart"/>
      <w:r w:rsidRPr="003C1052">
        <w:rPr>
          <w:b/>
          <w:sz w:val="24"/>
          <w:szCs w:val="32"/>
        </w:rPr>
        <w:t>अधिकारी</w:t>
      </w:r>
      <w:proofErr w:type="spellEnd"/>
      <w:r w:rsidRPr="003C1052">
        <w:rPr>
          <w:b/>
          <w:sz w:val="24"/>
          <w:szCs w:val="32"/>
        </w:rPr>
        <w:br/>
      </w:r>
      <w:r>
        <w:rPr>
          <w:b/>
          <w:sz w:val="24"/>
          <w:szCs w:val="32"/>
        </w:rPr>
        <w:t xml:space="preserve">                                                                                                                                       </w:t>
      </w:r>
      <w:proofErr w:type="spellStart"/>
      <w:r w:rsidRPr="003C1052">
        <w:rPr>
          <w:b/>
          <w:sz w:val="24"/>
          <w:szCs w:val="32"/>
        </w:rPr>
        <w:t>रा.उ.मा.वि</w:t>
      </w:r>
      <w:proofErr w:type="spellEnd"/>
      <w:r w:rsidRPr="003C1052">
        <w:rPr>
          <w:b/>
          <w:sz w:val="24"/>
          <w:szCs w:val="32"/>
        </w:rPr>
        <w:t>. नुवां (भादरा), हनुमानगढ़</w:t>
      </w:r>
    </w:p>
    <w:p w14:paraId="14817FD5" w14:textId="0A26E3F9" w:rsidR="00630820" w:rsidRPr="003C1052" w:rsidRDefault="00000000">
      <w:pPr>
        <w:spacing w:after="120"/>
        <w:rPr>
          <w:sz w:val="32"/>
          <w:szCs w:val="32"/>
        </w:rPr>
      </w:pPr>
      <w:r w:rsidRPr="003C1052">
        <w:rPr>
          <w:sz w:val="20"/>
          <w:szCs w:val="32"/>
        </w:rPr>
        <w:t>---------------------------------------------------------------------------------------------------------------------------------------</w:t>
      </w:r>
      <w:r w:rsidR="00C73D8C">
        <w:rPr>
          <w:sz w:val="20"/>
          <w:szCs w:val="32"/>
        </w:rPr>
        <w:t>----------------------------</w:t>
      </w:r>
    </w:p>
    <w:tbl>
      <w:tblPr>
        <w:tblW w:w="0" w:type="auto"/>
        <w:jc w:val="center"/>
        <w:tblLayout w:type="fixed"/>
        <w:tblLook w:val="04A0" w:firstRow="1" w:lastRow="0" w:firstColumn="1" w:lastColumn="0" w:noHBand="0" w:noVBand="1"/>
      </w:tblPr>
      <w:tblGrid>
        <w:gridCol w:w="5277"/>
        <w:gridCol w:w="5277"/>
      </w:tblGrid>
      <w:tr w:rsidR="00630820" w:rsidRPr="006049D1" w14:paraId="72811CF5" w14:textId="77777777">
        <w:trPr>
          <w:jc w:val="center"/>
        </w:trPr>
        <w:tc>
          <w:tcPr>
            <w:tcW w:w="5277" w:type="dxa"/>
          </w:tcPr>
          <w:p w14:paraId="4711DA6E" w14:textId="6360ABE9" w:rsidR="00630820" w:rsidRPr="006049D1" w:rsidRDefault="00000000">
            <w:pPr>
              <w:spacing w:after="40"/>
              <w:rPr>
                <w:sz w:val="28"/>
                <w:szCs w:val="28"/>
              </w:rPr>
            </w:pPr>
            <w:proofErr w:type="spellStart"/>
            <w:r w:rsidRPr="006049D1">
              <w:rPr>
                <w:b/>
                <w:sz w:val="28"/>
                <w:szCs w:val="28"/>
              </w:rPr>
              <w:t>क्रमांक</w:t>
            </w:r>
            <w:proofErr w:type="spellEnd"/>
            <w:r w:rsidRPr="006049D1">
              <w:rPr>
                <w:b/>
                <w:sz w:val="28"/>
                <w:szCs w:val="28"/>
              </w:rPr>
              <w:t xml:space="preserve">: </w:t>
            </w:r>
            <w:proofErr w:type="spellStart"/>
            <w:r w:rsidRPr="006049D1">
              <w:rPr>
                <w:sz w:val="28"/>
                <w:szCs w:val="28"/>
              </w:rPr>
              <w:t>राउमावि</w:t>
            </w:r>
            <w:proofErr w:type="spellEnd"/>
            <w:r w:rsidRPr="006049D1">
              <w:rPr>
                <w:sz w:val="28"/>
                <w:szCs w:val="28"/>
              </w:rPr>
              <w:t>/</w:t>
            </w:r>
            <w:proofErr w:type="spellStart"/>
            <w:r w:rsidRPr="006049D1">
              <w:rPr>
                <w:sz w:val="28"/>
                <w:szCs w:val="28"/>
              </w:rPr>
              <w:t>नुवां</w:t>
            </w:r>
            <w:proofErr w:type="spellEnd"/>
            <w:r w:rsidRPr="006049D1">
              <w:rPr>
                <w:sz w:val="28"/>
                <w:szCs w:val="28"/>
              </w:rPr>
              <w:t>/</w:t>
            </w:r>
            <w:proofErr w:type="spellStart"/>
            <w:r w:rsidRPr="006049D1">
              <w:rPr>
                <w:sz w:val="28"/>
                <w:szCs w:val="28"/>
              </w:rPr>
              <w:t>संस्था</w:t>
            </w:r>
            <w:proofErr w:type="spellEnd"/>
            <w:r w:rsidRPr="006049D1">
              <w:rPr>
                <w:sz w:val="28"/>
                <w:szCs w:val="28"/>
              </w:rPr>
              <w:t>/</w:t>
            </w:r>
            <w:r w:rsidRPr="006049D1">
              <w:rPr>
                <w:sz w:val="32"/>
                <w:szCs w:val="32"/>
              </w:rPr>
              <w:t>वे०नि०</w:t>
            </w:r>
            <w:r w:rsidRPr="006049D1">
              <w:rPr>
                <w:sz w:val="24"/>
                <w:szCs w:val="24"/>
              </w:rPr>
              <w:t>/202</w:t>
            </w:r>
            <w:r w:rsidR="006049D1" w:rsidRPr="006049D1">
              <w:rPr>
                <w:sz w:val="24"/>
                <w:szCs w:val="24"/>
              </w:rPr>
              <w:t>6</w:t>
            </w:r>
            <w:r w:rsidRPr="006049D1">
              <w:rPr>
                <w:sz w:val="24"/>
                <w:szCs w:val="24"/>
              </w:rPr>
              <w:t>/</w:t>
            </w:r>
          </w:p>
        </w:tc>
        <w:tc>
          <w:tcPr>
            <w:tcW w:w="5277" w:type="dxa"/>
          </w:tcPr>
          <w:p w14:paraId="12F595D1" w14:textId="53BD94EA" w:rsidR="00630820" w:rsidRPr="006049D1" w:rsidRDefault="006049D1" w:rsidP="006049D1">
            <w:pPr>
              <w:spacing w:after="40"/>
              <w:jc w:val="center"/>
              <w:rPr>
                <w:sz w:val="28"/>
                <w:szCs w:val="36"/>
              </w:rPr>
            </w:pPr>
            <w:r>
              <w:rPr>
                <w:b/>
                <w:sz w:val="28"/>
                <w:szCs w:val="36"/>
              </w:rPr>
              <w:t xml:space="preserve">                                        </w:t>
            </w:r>
            <w:proofErr w:type="spellStart"/>
            <w:r w:rsidRPr="006049D1">
              <w:rPr>
                <w:b/>
                <w:sz w:val="28"/>
                <w:szCs w:val="36"/>
              </w:rPr>
              <w:t>दिनांक</w:t>
            </w:r>
            <w:proofErr w:type="spellEnd"/>
            <w:r w:rsidRPr="006049D1">
              <w:rPr>
                <w:b/>
                <w:sz w:val="28"/>
                <w:szCs w:val="36"/>
              </w:rPr>
              <w:t xml:space="preserve">: </w:t>
            </w:r>
            <w:r w:rsidRPr="006049D1">
              <w:rPr>
                <w:sz w:val="28"/>
                <w:szCs w:val="36"/>
              </w:rPr>
              <w:t>...................</w:t>
            </w:r>
            <w:r>
              <w:rPr>
                <w:sz w:val="28"/>
                <w:szCs w:val="36"/>
              </w:rPr>
              <w:t>............</w:t>
            </w:r>
            <w:r w:rsidRPr="006049D1">
              <w:rPr>
                <w:sz w:val="28"/>
                <w:szCs w:val="36"/>
              </w:rPr>
              <w:t>.</w:t>
            </w:r>
          </w:p>
        </w:tc>
      </w:tr>
    </w:tbl>
    <w:p w14:paraId="5E40DF62" w14:textId="77777777" w:rsidR="00630820" w:rsidRPr="003C1052" w:rsidRDefault="00000000">
      <w:pPr>
        <w:spacing w:before="40" w:after="40"/>
        <w:rPr>
          <w:sz w:val="32"/>
          <w:szCs w:val="32"/>
        </w:rPr>
      </w:pPr>
      <w:proofErr w:type="gramStart"/>
      <w:r w:rsidRPr="003C1052">
        <w:rPr>
          <w:b/>
          <w:sz w:val="24"/>
          <w:szCs w:val="32"/>
        </w:rPr>
        <w:t>प्रतिलिपि:-</w:t>
      </w:r>
      <w:proofErr w:type="gramEnd"/>
      <w:r w:rsidRPr="003C1052">
        <w:rPr>
          <w:b/>
          <w:sz w:val="24"/>
          <w:szCs w:val="32"/>
        </w:rPr>
        <w:t xml:space="preserve"> निम्नांकित को सूचनार्थ एवं आवश्यक कार्यवाही हेतु प्रेषित है:</w:t>
      </w:r>
    </w:p>
    <w:p w14:paraId="79C6A085" w14:textId="77777777" w:rsidR="00630820" w:rsidRPr="006049D1" w:rsidRDefault="00000000">
      <w:pPr>
        <w:spacing w:after="20"/>
        <w:ind w:left="288"/>
        <w:rPr>
          <w:sz w:val="36"/>
          <w:szCs w:val="36"/>
        </w:rPr>
      </w:pPr>
      <w:r w:rsidRPr="006049D1">
        <w:rPr>
          <w:sz w:val="24"/>
          <w:szCs w:val="36"/>
        </w:rPr>
        <w:t>1. श्रीमान उपकोषाधिकारी, कोष कार्यालय भादरा।</w:t>
      </w:r>
    </w:p>
    <w:p w14:paraId="5408FA10" w14:textId="77777777" w:rsidR="00630820" w:rsidRPr="006049D1" w:rsidRDefault="00000000">
      <w:pPr>
        <w:spacing w:after="20"/>
        <w:ind w:left="288"/>
        <w:rPr>
          <w:sz w:val="36"/>
          <w:szCs w:val="36"/>
        </w:rPr>
      </w:pPr>
      <w:r w:rsidRPr="006049D1">
        <w:rPr>
          <w:sz w:val="24"/>
          <w:szCs w:val="36"/>
        </w:rPr>
        <w:t>2. श्रीमान मुख्य ब्लॉक शिक्षा अधिकारी, भादरा।</w:t>
      </w:r>
    </w:p>
    <w:p w14:paraId="776E1971" w14:textId="77777777" w:rsidR="00630820" w:rsidRPr="006049D1" w:rsidRDefault="00000000">
      <w:pPr>
        <w:spacing w:after="20"/>
        <w:ind w:left="288"/>
        <w:rPr>
          <w:sz w:val="36"/>
          <w:szCs w:val="36"/>
        </w:rPr>
      </w:pPr>
      <w:r w:rsidRPr="006049D1">
        <w:rPr>
          <w:sz w:val="24"/>
          <w:szCs w:val="36"/>
        </w:rPr>
        <w:t>3. लेखा शाखा / सेवा पुस्तिका प्रविष्टि हेतु, स्थानीय कार्यालय।</w:t>
      </w:r>
    </w:p>
    <w:p w14:paraId="55D2F7E4" w14:textId="77777777" w:rsidR="00630820" w:rsidRPr="006049D1" w:rsidRDefault="00000000">
      <w:pPr>
        <w:spacing w:after="20"/>
        <w:ind w:left="288"/>
        <w:rPr>
          <w:sz w:val="36"/>
          <w:szCs w:val="36"/>
        </w:rPr>
      </w:pPr>
      <w:r w:rsidRPr="006049D1">
        <w:rPr>
          <w:sz w:val="24"/>
          <w:szCs w:val="36"/>
        </w:rPr>
        <w:t>4. संबंधित कार्मिक (श्री राहुल बैनीवाल, PTI)।</w:t>
      </w:r>
    </w:p>
    <w:p w14:paraId="197CB8C7" w14:textId="77777777" w:rsidR="00630820" w:rsidRPr="006049D1" w:rsidRDefault="00000000">
      <w:pPr>
        <w:spacing w:after="20"/>
        <w:ind w:left="288"/>
        <w:rPr>
          <w:sz w:val="36"/>
          <w:szCs w:val="36"/>
        </w:rPr>
      </w:pPr>
      <w:r w:rsidRPr="006049D1">
        <w:rPr>
          <w:sz w:val="24"/>
          <w:szCs w:val="36"/>
        </w:rPr>
        <w:t>5. व्यक्तिगत पत्रावली / रक्षित पत्रावली।</w:t>
      </w:r>
    </w:p>
    <w:p w14:paraId="3DD67956" w14:textId="3219A6B3" w:rsidR="003C1052" w:rsidRDefault="00C73D8C" w:rsidP="00C73D8C">
      <w:pPr>
        <w:spacing w:after="0" w:line="240" w:lineRule="auto"/>
        <w:jc w:val="center"/>
        <w:rPr>
          <w:b/>
          <w:sz w:val="24"/>
          <w:szCs w:val="32"/>
        </w:rPr>
      </w:pPr>
      <w:r>
        <w:rPr>
          <w:b/>
          <w:sz w:val="24"/>
          <w:szCs w:val="32"/>
        </w:rPr>
        <w:t xml:space="preserve">                                                                                                                                                  </w:t>
      </w:r>
      <w:proofErr w:type="spellStart"/>
      <w:r w:rsidR="003C1052" w:rsidRPr="003C1052">
        <w:rPr>
          <w:b/>
          <w:sz w:val="24"/>
          <w:szCs w:val="32"/>
        </w:rPr>
        <w:t>प्रधानाचार्य</w:t>
      </w:r>
      <w:proofErr w:type="spellEnd"/>
      <w:r w:rsidR="003C1052">
        <w:rPr>
          <w:b/>
          <w:sz w:val="24"/>
          <w:szCs w:val="32"/>
        </w:rPr>
        <w:t>/</w:t>
      </w:r>
      <w:proofErr w:type="spellStart"/>
      <w:r w:rsidR="003C1052" w:rsidRPr="003C1052">
        <w:rPr>
          <w:b/>
          <w:sz w:val="24"/>
          <w:szCs w:val="32"/>
        </w:rPr>
        <w:t>नियंत्रण</w:t>
      </w:r>
      <w:proofErr w:type="spellEnd"/>
      <w:r w:rsidR="003C1052" w:rsidRPr="003C1052">
        <w:rPr>
          <w:b/>
          <w:sz w:val="24"/>
          <w:szCs w:val="32"/>
        </w:rPr>
        <w:t xml:space="preserve"> </w:t>
      </w:r>
      <w:proofErr w:type="spellStart"/>
      <w:r w:rsidR="003C1052" w:rsidRPr="003C1052">
        <w:rPr>
          <w:b/>
          <w:sz w:val="24"/>
          <w:szCs w:val="32"/>
        </w:rPr>
        <w:t>अधिकारी</w:t>
      </w:r>
      <w:proofErr w:type="spellEnd"/>
    </w:p>
    <w:p w14:paraId="60C960B0" w14:textId="2728103D" w:rsidR="00630820" w:rsidRPr="003C1052" w:rsidRDefault="003C1052" w:rsidP="003C1052">
      <w:pPr>
        <w:spacing w:after="0" w:line="240" w:lineRule="auto"/>
        <w:jc w:val="center"/>
        <w:rPr>
          <w:sz w:val="32"/>
          <w:szCs w:val="32"/>
        </w:rPr>
      </w:pPr>
      <w:r>
        <w:rPr>
          <w:b/>
          <w:sz w:val="24"/>
          <w:szCs w:val="32"/>
        </w:rPr>
        <w:t xml:space="preserve">                                                                                                                                                 </w:t>
      </w:r>
      <w:proofErr w:type="spellStart"/>
      <w:r w:rsidRPr="003C1052">
        <w:rPr>
          <w:b/>
          <w:sz w:val="24"/>
          <w:szCs w:val="32"/>
        </w:rPr>
        <w:t>रा.उ.मा.वि</w:t>
      </w:r>
      <w:proofErr w:type="spellEnd"/>
      <w:r w:rsidRPr="003C1052">
        <w:rPr>
          <w:b/>
          <w:sz w:val="24"/>
          <w:szCs w:val="32"/>
        </w:rPr>
        <w:t xml:space="preserve">. </w:t>
      </w:r>
      <w:proofErr w:type="spellStart"/>
      <w:r w:rsidRPr="003C1052">
        <w:rPr>
          <w:b/>
          <w:sz w:val="24"/>
          <w:szCs w:val="32"/>
        </w:rPr>
        <w:t>नुवां</w:t>
      </w:r>
      <w:proofErr w:type="spellEnd"/>
      <w:r w:rsidRPr="003C1052">
        <w:rPr>
          <w:b/>
          <w:sz w:val="24"/>
          <w:szCs w:val="32"/>
        </w:rPr>
        <w:t xml:space="preserve"> (</w:t>
      </w:r>
      <w:proofErr w:type="spellStart"/>
      <w:r w:rsidRPr="003C1052">
        <w:rPr>
          <w:b/>
          <w:sz w:val="24"/>
          <w:szCs w:val="32"/>
        </w:rPr>
        <w:t>भादरा</w:t>
      </w:r>
      <w:proofErr w:type="spellEnd"/>
      <w:r w:rsidRPr="003C1052">
        <w:rPr>
          <w:b/>
          <w:sz w:val="24"/>
          <w:szCs w:val="32"/>
        </w:rPr>
        <w:t xml:space="preserve">), </w:t>
      </w:r>
      <w:proofErr w:type="spellStart"/>
      <w:r w:rsidRPr="003C1052">
        <w:rPr>
          <w:b/>
          <w:sz w:val="24"/>
          <w:szCs w:val="32"/>
        </w:rPr>
        <w:t>हनुमानगढ़</w:t>
      </w:r>
      <w:proofErr w:type="spellEnd"/>
    </w:p>
    <w:sectPr w:rsidR="00630820" w:rsidRPr="003C1052" w:rsidSect="00C73D8C">
      <w:pgSz w:w="11909" w:h="16834"/>
      <w:pgMar w:top="288" w:right="432" w:bottom="288"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0785356">
    <w:abstractNumId w:val="8"/>
  </w:num>
  <w:num w:numId="2" w16cid:durableId="429785706">
    <w:abstractNumId w:val="6"/>
  </w:num>
  <w:num w:numId="3" w16cid:durableId="583078009">
    <w:abstractNumId w:val="5"/>
  </w:num>
  <w:num w:numId="4" w16cid:durableId="536891765">
    <w:abstractNumId w:val="4"/>
  </w:num>
  <w:num w:numId="5" w16cid:durableId="810825464">
    <w:abstractNumId w:val="7"/>
  </w:num>
  <w:num w:numId="6" w16cid:durableId="1555894856">
    <w:abstractNumId w:val="3"/>
  </w:num>
  <w:num w:numId="7" w16cid:durableId="2035035105">
    <w:abstractNumId w:val="2"/>
  </w:num>
  <w:num w:numId="8" w16cid:durableId="1488521143">
    <w:abstractNumId w:val="1"/>
  </w:num>
  <w:num w:numId="9" w16cid:durableId="1454328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1052"/>
    <w:rsid w:val="005A575B"/>
    <w:rsid w:val="006049D1"/>
    <w:rsid w:val="00630820"/>
    <w:rsid w:val="00A61A22"/>
    <w:rsid w:val="00A7048E"/>
    <w:rsid w:val="00AA1D8D"/>
    <w:rsid w:val="00B47730"/>
    <w:rsid w:val="00C73D8C"/>
    <w:rsid w:val="00CB0664"/>
    <w:rsid w:val="00E44E9D"/>
    <w:rsid w:val="00E66F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14EEEC"/>
  <w14:defaultImageDpi w14:val="300"/>
  <w15:docId w15:val="{2A091676-A318-47A8-94B6-4C7D82FDD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GSSS NUWAN</cp:lastModifiedBy>
  <cp:revision>7</cp:revision>
  <dcterms:created xsi:type="dcterms:W3CDTF">2013-12-23T23:15:00Z</dcterms:created>
  <dcterms:modified xsi:type="dcterms:W3CDTF">2026-08-24T04:01:00Z</dcterms:modified>
  <cp:category/>
</cp:coreProperties>
</file>